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3DDF23" w14:textId="77777777" w:rsidR="00E549DB" w:rsidRDefault="00000000">
      <w:pPr>
        <w:pStyle w:val="1"/>
        <w:rPr>
          <w:lang w:eastAsia="ja-JP"/>
        </w:rPr>
      </w:pPr>
      <w:r>
        <w:rPr>
          <w:lang w:eastAsia="ja-JP"/>
        </w:rPr>
        <w:t>HACHI QUEST　企業・団体参加申込書</w:t>
      </w:r>
    </w:p>
    <w:p w14:paraId="1D8AF5A7" w14:textId="77777777" w:rsidR="00732E32" w:rsidRDefault="00732E32" w:rsidP="00732E32">
      <w:pPr>
        <w:rPr>
          <w:rFonts w:hint="eastAsia"/>
          <w:lang w:eastAsia="ja-JP"/>
        </w:rPr>
      </w:pPr>
      <w:r>
        <w:rPr>
          <w:lang w:eastAsia="ja-JP"/>
        </w:rPr>
        <w:t>本説明書の内容を確認し、下記のとおり参加を申し込みます。課題提供は無償、協賛は任意です。</w:t>
      </w:r>
    </w:p>
    <w:p w14:paraId="76FED5BD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 xml:space="preserve">対象事業：HACHI QUEST 2026年度プログラム</w:t>
      </w:r>
      <w:r>
        <w:rPr>
          <w:lang w:eastAsia="ja-JP"/>
        </w:rPr>
      </w:r>
      <w:r>
        <w:rPr>
          <w:lang w:eastAsia="ja-JP"/>
        </w:rPr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6882"/>
      </w:tblGrid>
      <w:tr w:rsidR="00E549DB" w14:paraId="19DF7A4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193FA530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申込日</w:t>
            </w:r>
            <w:proofErr w:type="spellEnd"/>
          </w:p>
        </w:tc>
        <w:tc>
          <w:tcPr>
            <w:tcW w:w="6882" w:type="dxa"/>
            <w:vAlign w:val="center"/>
          </w:tcPr>
          <w:p w14:paraId="39B0E32D" w14:textId="77777777" w:rsidR="00E549DB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szCs w:val="18"/>
              </w:rPr>
              <w:t xml:space="preserve">　　　　年　　　月　　　日</w:t>
            </w:r>
          </w:p>
          <w:p w14:paraId="52080CCA" w14:textId="77777777" w:rsidR="00732E32" w:rsidRPr="005C0F8E" w:rsidRDefault="00732E32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2FD0E77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2D61AD10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団体の正式名称</w:t>
            </w:r>
          </w:p>
        </w:tc>
        <w:tc>
          <w:tcPr>
            <w:tcW w:w="6882" w:type="dxa"/>
            <w:vAlign w:val="center"/>
          </w:tcPr>
          <w:p w14:paraId="1739010D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00EA1915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63E29E2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7C4B7EFD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所在地</w:t>
            </w:r>
            <w:proofErr w:type="spellEnd"/>
          </w:p>
        </w:tc>
        <w:tc>
          <w:tcPr>
            <w:tcW w:w="6882" w:type="dxa"/>
            <w:vAlign w:val="center"/>
          </w:tcPr>
          <w:p w14:paraId="7753AA4D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5FB95444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553397EE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07D92146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b/>
                <w:szCs w:val="18"/>
                <w:lang w:eastAsia="ja-JP"/>
              </w:rPr>
              <w:t>代表者名又は申込権限者名</w:t>
            </w:r>
          </w:p>
        </w:tc>
        <w:tc>
          <w:tcPr>
            <w:tcW w:w="6882" w:type="dxa"/>
            <w:vAlign w:val="center"/>
          </w:tcPr>
          <w:p w14:paraId="2FDE2045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7788C67D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19E5B7FF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37585C4E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担当者名・部署</w:t>
            </w:r>
            <w:proofErr w:type="spellEnd"/>
          </w:p>
        </w:tc>
        <w:tc>
          <w:tcPr>
            <w:tcW w:w="6882" w:type="dxa"/>
            <w:vAlign w:val="center"/>
          </w:tcPr>
          <w:p w14:paraId="53D9E3D1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6905ADB4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6AA5BCCC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1CD070CE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b/>
                <w:szCs w:val="18"/>
                <w:lang w:eastAsia="ja-JP"/>
              </w:rPr>
              <w:t>メールアドレス</w:t>
            </w:r>
          </w:p>
        </w:tc>
        <w:tc>
          <w:tcPr>
            <w:tcW w:w="6882" w:type="dxa"/>
            <w:vAlign w:val="center"/>
          </w:tcPr>
          <w:p w14:paraId="03844709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04A5E097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5C0F8E" w14:paraId="7749CBC9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7348C3EF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b/>
                <w:szCs w:val="18"/>
                <w:lang w:eastAsia="ja-JP"/>
              </w:rPr>
            </w:pPr>
            <w:r>
              <w:rPr>
                <w:rFonts w:hint="eastAsia"/>
                <w:b/>
                <w:szCs w:val="18"/>
                <w:lang w:eastAsia="ja-JP"/>
              </w:rPr>
              <w:t>電話番号</w:t>
            </w:r>
          </w:p>
        </w:tc>
        <w:tc>
          <w:tcPr>
            <w:tcW w:w="6882" w:type="dxa"/>
            <w:vAlign w:val="center"/>
          </w:tcPr>
          <w:p w14:paraId="4991A242" w14:textId="77777777" w:rsid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730A902C" w14:textId="77777777" w:rsid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7C3DBEEC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651BDC1F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請求書宛名・送付先</w:t>
            </w:r>
            <w:proofErr w:type="spellEnd"/>
          </w:p>
        </w:tc>
        <w:tc>
          <w:tcPr>
            <w:tcW w:w="6882" w:type="dxa"/>
            <w:vAlign w:val="center"/>
          </w:tcPr>
          <w:p w14:paraId="78D88612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259C6790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</w:tbl>
    <w:p w14:paraId="0E8A11C4" w14:textId="77777777" w:rsidR="00E549DB" w:rsidRDefault="00000000">
      <w:pPr>
        <w:pStyle w:val="21"/>
      </w:pPr>
      <w:r>
        <w:rPr>
          <w:rFonts w:ascii="Yu Gothic" w:hAnsi="Yu Gothic"/>
          <w:color w:val="24527A"/>
          <w:sz w:val="22"/>
        </w:rPr>
        <w:t>A</w:t>
      </w:r>
      <w:r>
        <w:rPr>
          <w:rFonts w:ascii="Yu Gothic" w:hAnsi="Yu Gothic"/>
          <w:color w:val="24527A"/>
          <w:sz w:val="22"/>
        </w:rPr>
        <w:t xml:space="preserve">　課題提供</w:t>
      </w:r>
    </w:p>
    <w:p w14:paraId="61D84A64" w14:textId="77777777" w:rsidR="00E549DB" w:rsidRDefault="00000000">
      <w:pPr>
        <w:rPr>
          <w:rFonts w:hint="eastAsia"/>
        </w:rPr>
      </w:pPr>
      <w:r>
        <w:t xml:space="preserve">□ </w:t>
      </w:r>
      <w:r>
        <w:t xml:space="preserve">あり　　</w:t>
      </w:r>
      <w:r>
        <w:t xml:space="preserve">□ </w:t>
      </w:r>
      <w:r>
        <w:t>なし</w:t>
      </w:r>
    </w:p>
    <w:p w14:paraId="41AAD564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 xml:space="preserve">「あり」の場合：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自社の課題　　</w:t>
      </w:r>
      <w:r>
        <w:rPr>
          <w:lang w:eastAsia="ja-JP"/>
        </w:rPr>
        <w:t xml:space="preserve">□ </w:t>
      </w:r>
      <w:r>
        <w:rPr>
          <w:lang w:eastAsia="ja-JP"/>
        </w:rPr>
        <w:t>関連会社の課題</w:t>
      </w:r>
      <w:r>
        <w:rPr>
          <w:lang w:eastAsia="ja-JP"/>
        </w:rPr>
        <w:br/>
        <w:t>※</w:t>
      </w:r>
      <w:r>
        <w:rPr>
          <w:lang w:eastAsia="ja-JP"/>
        </w:rPr>
        <w:t>課題提供には、</w:t>
      </w:r>
      <w:r w:rsidR="005C0F8E">
        <w:rPr>
          <w:lang w:eastAsia="ja-JP"/>
        </w:rPr>
        <w:t>NOA</w:t>
      </w:r>
      <w:r>
        <w:rPr>
          <w:lang w:eastAsia="ja-JP"/>
        </w:rPr>
        <w:t>上への課題対話用</w:t>
      </w:r>
      <w:r>
        <w:rPr>
          <w:lang w:eastAsia="ja-JP"/>
        </w:rPr>
        <w:t>AI</w:t>
      </w:r>
      <w:r>
        <w:rPr>
          <w:lang w:eastAsia="ja-JP"/>
        </w:rPr>
        <w:t>アバターの設置を含みます。実在人物をモデルとする場合は、対象者本人の同意等を別途確認します。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6882"/>
      </w:tblGrid>
      <w:tr w:rsidR="00E549DB" w14:paraId="28B610B7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51C928DB" w14:textId="77777777" w:rsidR="00E549DB" w:rsidRPr="005C0F8E" w:rsidRDefault="00000000" w:rsidP="00732E32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対象会社名</w:t>
            </w:r>
            <w:proofErr w:type="spellEnd"/>
          </w:p>
        </w:tc>
        <w:tc>
          <w:tcPr>
            <w:tcW w:w="6882" w:type="dxa"/>
            <w:vAlign w:val="center"/>
          </w:tcPr>
          <w:p w14:paraId="2D3136FF" w14:textId="77777777" w:rsidR="00E549DB" w:rsidRDefault="00E549DB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54179B85" w14:textId="77777777" w:rsidR="00732E32" w:rsidRPr="005C0F8E" w:rsidRDefault="00732E32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1F48D47E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6BABF653" w14:textId="77777777" w:rsidR="00E549DB" w:rsidRPr="005C0F8E" w:rsidRDefault="00000000" w:rsidP="00732E32">
            <w:pPr>
              <w:spacing w:after="0" w:line="24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課題の概要（任意）</w:t>
            </w:r>
          </w:p>
        </w:tc>
        <w:tc>
          <w:tcPr>
            <w:tcW w:w="6882" w:type="dxa"/>
            <w:vAlign w:val="center"/>
          </w:tcPr>
          <w:p w14:paraId="3F15B0AF" w14:textId="77777777" w:rsidR="00E549DB" w:rsidRDefault="00E549DB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3E27FE05" w14:textId="77777777" w:rsidR="00732E32" w:rsidRPr="005C0F8E" w:rsidRDefault="00732E32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</w:tbl>
    <w:p w14:paraId="2A878E13" w14:textId="77777777" w:rsidR="00E549DB" w:rsidRDefault="00000000">
      <w:pPr>
        <w:pStyle w:val="21"/>
      </w:pPr>
      <w:r>
        <w:rPr>
          <w:rFonts w:ascii="Yu Gothic" w:hAnsi="Yu Gothic"/>
          <w:color w:val="24527A"/>
          <w:sz w:val="22"/>
        </w:rPr>
        <w:t>B</w:t>
      </w:r>
      <w:r>
        <w:rPr>
          <w:rFonts w:ascii="Yu Gothic" w:hAnsi="Yu Gothic"/>
          <w:color w:val="24527A"/>
          <w:sz w:val="22"/>
        </w:rPr>
        <w:t xml:space="preserve">　協賛金（任意）</w:t>
      </w:r>
    </w:p>
    <w:p w14:paraId="2D622BAC" w14:textId="77777777" w:rsidR="00E549DB" w:rsidRDefault="00000000">
      <w:pPr>
        <w:rPr>
          <w:rFonts w:hint="eastAsia"/>
        </w:rPr>
      </w:pPr>
      <w:r>
        <w:t xml:space="preserve">□ </w:t>
      </w:r>
      <w:r>
        <w:t xml:space="preserve">あり　　</w:t>
      </w:r>
      <w:r>
        <w:t xml:space="preserve">□ </w:t>
      </w:r>
      <w:r>
        <w:t>なし</w:t>
      </w:r>
    </w:p>
    <w:p w14:paraId="2A3224E0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>協賛を希望する場合のみ、コースを選択してください。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E549DB" w14:paraId="02EB6D35" w14:textId="77777777">
        <w:trPr>
          <w:jc w:val="center"/>
        </w:trPr>
        <w:tc>
          <w:tcPr>
            <w:tcW w:w="3475" w:type="dxa"/>
            <w:shd w:val="clear" w:color="auto" w:fill="B4C6E7"/>
            <w:vAlign w:val="center"/>
          </w:tcPr>
          <w:p w14:paraId="60BD7279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lastRenderedPageBreak/>
              <w:t>選択</w:t>
            </w:r>
            <w:proofErr w:type="spellEnd"/>
          </w:p>
        </w:tc>
        <w:tc>
          <w:tcPr>
            <w:tcW w:w="3475" w:type="dxa"/>
            <w:shd w:val="clear" w:color="auto" w:fill="B4C6E7"/>
            <w:vAlign w:val="center"/>
          </w:tcPr>
          <w:p w14:paraId="5EDD88A3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コース</w:t>
            </w:r>
          </w:p>
        </w:tc>
        <w:tc>
          <w:tcPr>
            <w:tcW w:w="3475" w:type="dxa"/>
            <w:shd w:val="clear" w:color="auto" w:fill="B4C6E7"/>
            <w:vAlign w:val="center"/>
          </w:tcPr>
          <w:p w14:paraId="73CFB8A4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協賛金額</w:t>
            </w:r>
          </w:p>
        </w:tc>
      </w:tr>
      <w:tr w:rsidR="00E549DB" w14:paraId="59473949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1CC946E0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70B0B0D4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PLATINUM</w:t>
            </w:r>
          </w:p>
        </w:tc>
        <w:tc>
          <w:tcPr>
            <w:tcW w:w="3475" w:type="dxa"/>
            <w:vAlign w:val="center"/>
          </w:tcPr>
          <w:p w14:paraId="457CA15D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50</w:t>
            </w:r>
            <w:r w:rsidRPr="005C0F8E">
              <w:rPr>
                <w:szCs w:val="18"/>
              </w:rPr>
              <w:t>万円以上</w:t>
            </w:r>
          </w:p>
        </w:tc>
      </w:tr>
      <w:tr w:rsidR="00E549DB" w14:paraId="391997A4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1C6D90D2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32597FF6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GOLD</w:t>
            </w:r>
          </w:p>
        </w:tc>
        <w:tc>
          <w:tcPr>
            <w:tcW w:w="3475" w:type="dxa"/>
            <w:vAlign w:val="center"/>
          </w:tcPr>
          <w:p w14:paraId="2E8ED8A2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30</w:t>
            </w:r>
            <w:r w:rsidRPr="005C0F8E">
              <w:rPr>
                <w:szCs w:val="18"/>
              </w:rPr>
              <w:t>万円</w:t>
            </w:r>
          </w:p>
        </w:tc>
      </w:tr>
      <w:tr w:rsidR="00E549DB" w14:paraId="347D6709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25DB51C9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69DD5260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SILVER</w:t>
            </w:r>
          </w:p>
        </w:tc>
        <w:tc>
          <w:tcPr>
            <w:tcW w:w="3475" w:type="dxa"/>
            <w:vAlign w:val="center"/>
          </w:tcPr>
          <w:p w14:paraId="6AAE1C37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10</w:t>
            </w:r>
            <w:r w:rsidRPr="005C0F8E">
              <w:rPr>
                <w:szCs w:val="18"/>
              </w:rPr>
              <w:t>万円</w:t>
            </w:r>
          </w:p>
        </w:tc>
      </w:tr>
      <w:tr w:rsidR="00E549DB" w14:paraId="1F6D9293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49E6A42D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30353F5F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BRONZE</w:t>
            </w:r>
          </w:p>
        </w:tc>
        <w:tc>
          <w:tcPr>
            <w:tcW w:w="3475" w:type="dxa"/>
            <w:vAlign w:val="center"/>
          </w:tcPr>
          <w:p w14:paraId="05CCDE01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5</w:t>
            </w:r>
            <w:r w:rsidRPr="005C0F8E">
              <w:rPr>
                <w:szCs w:val="18"/>
              </w:rPr>
              <w:t>万円</w:t>
            </w:r>
          </w:p>
        </w:tc>
      </w:tr>
    </w:tbl>
    <w:p w14:paraId="499CCC72" w14:textId="77777777" w:rsidR="00E549DB" w:rsidRDefault="00000000">
      <w:pPr>
        <w:rPr>
          <w:rFonts w:hint="eastAsia"/>
        </w:rPr>
      </w:pPr>
      <w:r>
        <w:t>PLATINUM</w:t>
      </w:r>
      <w:r>
        <w:t>で</w:t>
      </w:r>
      <w:r>
        <w:t>50</w:t>
      </w:r>
      <w:r>
        <w:t>万円を超える場合の協賛希望額：　　　　　　　　　円</w:t>
      </w:r>
    </w:p>
    <w:p w14:paraId="1F5C105A" w14:textId="77777777" w:rsidR="00E549DB" w:rsidRDefault="00000000">
      <w:pPr>
        <w:rPr>
          <w:rFonts w:hint="eastAsia"/>
        </w:rPr>
      </w:pPr>
      <w:r>
        <w:t>希望支払日：　　　　年　　　月　　　日</w:t>
      </w:r>
    </w:p>
    <w:p w14:paraId="29EC057E" w14:textId="77777777" w:rsidR="00E549DB" w:rsidRDefault="00000000">
      <w:pPr>
        <w:pStyle w:val="21"/>
        <w:rPr>
          <w:lang w:eastAsia="ja-JP"/>
        </w:rPr>
      </w:pPr>
      <w:r>
        <w:rPr>
          <w:rFonts w:ascii="Yu Gothic" w:hAnsi="Yu Gothic"/>
          <w:color w:val="24527A"/>
          <w:sz w:val="22"/>
          <w:lang w:eastAsia="ja-JP"/>
        </w:rPr>
        <w:t>C</w:t>
      </w:r>
      <w:r>
        <w:rPr>
          <w:rFonts w:ascii="Yu Gothic" w:hAnsi="Yu Gothic"/>
          <w:color w:val="24527A"/>
          <w:sz w:val="22"/>
          <w:lang w:eastAsia="ja-JP"/>
        </w:rPr>
        <w:t xml:space="preserve">　確認事項</w:t>
      </w:r>
    </w:p>
    <w:p w14:paraId="5E9B8079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 xml:space="preserve">名称・ロゴ掲載：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可　　</w:t>
      </w:r>
      <w:r>
        <w:rPr>
          <w:lang w:eastAsia="ja-JP"/>
        </w:rPr>
        <w:t xml:space="preserve">□ </w:t>
      </w:r>
      <w:r>
        <w:rPr>
          <w:lang w:eastAsia="ja-JP"/>
        </w:rPr>
        <w:t>希望しない</w:t>
      </w:r>
    </w:p>
    <w:p>
      <w:pPr>
        <w:spacing w:before="240" w:after="60" w:line="280" w:lineRule="auto"/>
        <w:rPr>
          <w:rFonts w:hint="eastAsia"/>
          <w:b/>
          <w:bCs/>
          <w:lang w:eastAsia="ja-JP"/>
        </w:rPr>
      </w:pPr>
      <w:r>
        <w:rPr>
          <w:b/>
          <w:bCs/>
          <w:lang w:eastAsia="ja-JP"/>
        </w:rPr>
        <w:t xml:space="preserve">D　ご確認・ご同意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説明書（Ver.1.2）の内容をご確認のうえ、すべてにチェックをお願いします。Fは協賛「あり」の場合のみです。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A　参加の前提　／　課題提供は無償、協賛は任意です。課題は学生が選ぶため、提供した課題の採択・チーム成立・提案は保証されません。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B　ご協力いただく時間　／　事前ヒアリング20〜30分。採択された場合は、現地ヒアリング60〜90分、オンラインフォロー約1時間×2〜3回、成果発表会約3〜4時間。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C　アイデア・成果物・実証　／　アイデアは双方が非独占的に活用できます。成果物の権利は創作者に帰属します。実証は別途協議します。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D　情報と広報　／　共有できない情報は提供しません。AIアバターは生成AIで動作し、公開前にもとになる情報をご確認いただきます。NOA上に「公式見解ではない」旨を表示します。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E　学生と関わるうえでのお願い　／　ハラスメントに当たる言動は、相手が誰であっても行いません。あわせて、参加者には高校生（未成年）が含まれ、学校・ご家庭からお預かりしている立場であることから、ヒアリング・面談は複数名で行い学生と1対1にならないこと、学生個人への私的な連絡やプログラム外でのお誘いを控えること、選考・内定を前提とした採用活動を行わないことに同意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F　協賛金の条件（協賛「あり」の場合のみ）　／　協賛金は事業全体の運営資金であり、個別特典ごとの対価ではありません。振込手数料は企業負担です。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上記の内容を確認し、同意のうえ申し込みます。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代表者名又は申込権限者名：　　　　　　　　　　　　　　　　　　　印</w:t>
      </w:r>
    </w:p>
    <w:sectPr w:rsidR="00E549DB" w:rsidSect="00034616">
      <w:headerReference w:type="default" r:id="rId8"/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26DE2A" w14:textId="77777777" w:rsidR="00ED257F" w:rsidRDefault="00ED257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D39C6E" w14:textId="77777777" w:rsidR="00ED257F" w:rsidRDefault="00ED257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JP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6D8ED" w14:textId="77777777" w:rsidR="00E549DB" w:rsidRDefault="00000000">
    <w:pPr>
      <w:pStyle w:val="a7"/>
      <w:jc w:val="center"/>
      <w:rPr>
        <w:rFonts w:hint="eastAsia"/>
        <w:lang w:eastAsia="ja-JP"/>
      </w:rPr>
    </w:pPr>
    <w:r>
      <w:rPr>
        <w:color w:val="787878"/>
        <w:sz w:val="16"/>
        <w:lang w:eastAsia="ja-JP"/>
      </w:rPr>
      <w:t>HACHI QUEST実行委員会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C32D13" w14:textId="77777777" w:rsidR="00ED257F" w:rsidRDefault="00ED257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87234E" w14:textId="77777777" w:rsidR="00ED257F" w:rsidRDefault="00ED257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007B9" w14:textId="77777777" w:rsidR="00E549DB" w:rsidRDefault="00000000">
    <w:pPr>
      <w:pStyle w:val="a5"/>
      <w:jc w:val="right"/>
      <w:rPr>
        <w:rFonts w:hint="eastAsia"/>
        <w:lang w:eastAsia="ja-JP"/>
      </w:rPr>
    </w:pPr>
    <w:r>
      <w:rPr>
        <w:color w:val="6E6E6E"/>
        <w:sz w:val="16"/>
        <w:lang w:eastAsia="ja-JP"/>
      </w:rPr>
      <w:t>HACHI QUEST｜企業・団体参加説明書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737620">
    <w:abstractNumId w:val="8"/>
  </w:num>
  <w:num w:numId="2" w16cid:durableId="1184902351">
    <w:abstractNumId w:val="6"/>
  </w:num>
  <w:num w:numId="3" w16cid:durableId="117533321">
    <w:abstractNumId w:val="5"/>
  </w:num>
  <w:num w:numId="4" w16cid:durableId="1925607652">
    <w:abstractNumId w:val="4"/>
  </w:num>
  <w:num w:numId="5" w16cid:durableId="519467059">
    <w:abstractNumId w:val="7"/>
  </w:num>
  <w:num w:numId="6" w16cid:durableId="2076388554">
    <w:abstractNumId w:val="3"/>
  </w:num>
  <w:num w:numId="7" w16cid:durableId="1732003295">
    <w:abstractNumId w:val="2"/>
  </w:num>
  <w:num w:numId="8" w16cid:durableId="1503660831">
    <w:abstractNumId w:val="1"/>
  </w:num>
  <w:num w:numId="9" w16cid:durableId="20731133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ABB"/>
    <w:rsid w:val="0015074B"/>
    <w:rsid w:val="0029639D"/>
    <w:rsid w:val="00326F90"/>
    <w:rsid w:val="005C0F8E"/>
    <w:rsid w:val="006D417E"/>
    <w:rsid w:val="00732E32"/>
    <w:rsid w:val="0085156F"/>
    <w:rsid w:val="008D557B"/>
    <w:rsid w:val="00AA1D8D"/>
    <w:rsid w:val="00B47730"/>
    <w:rsid w:val="00CB0664"/>
    <w:rsid w:val="00CC35A1"/>
    <w:rsid w:val="00DC207F"/>
    <w:rsid w:val="00DF7352"/>
    <w:rsid w:val="00E549DB"/>
    <w:rsid w:val="00ED25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A8CCF0"/>
  <w14:defaultImageDpi w14:val="300"/>
  <w15:docId w15:val="{9131F0DF-E755-E645-AE37-9800E86F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365F91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姫路クエスト 協賛・課題提供説明書 最終版</vt:lpstr>
      <vt:lpstr/>
    </vt:vector>
  </TitlesOfParts>
  <Manager/>
  <Company/>
  <LinksUpToDate>false</LinksUpToDate>
  <CharactersWithSpaces>3652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HACHI QUEST 企業・団体参加申込書</dc:title>
  <dc:subject>2026年度 HACHI QUEST 企業・団体参加</dc:subject>
  <dc:creator>HACHI QUEST実行委員会</dc:creator>
  <cp:keywords/>
  <dc:description/>
  <cp:lastModifiedBy>HACHI QUEST実行委員会</cp:lastModifiedBy>
  <cp:revision>2</cp:revision>
  <dcterms:created xsi:type="dcterms:W3CDTF">2026-10-10T01:42:00Z</dcterms:created>
  <dcterms:modified xsi:type="dcterms:W3CDTF">2026-10-10T01:42:00Z</dcterms:modified>
  <cp:category/>
</cp:coreProperties>
</file>